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C49B4" w14:textId="77777777" w:rsidR="00A32D9C" w:rsidRPr="00A32D9C" w:rsidRDefault="00A32D9C" w:rsidP="00A32D9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 xml:space="preserve">                            </w:t>
      </w:r>
      <w:r w:rsidRPr="00A32D9C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Қостанай облысы әкімдігі білім басқармасының</w:t>
      </w:r>
    </w:p>
    <w:p w14:paraId="34343C5B" w14:textId="77777777" w:rsidR="00A32D9C" w:rsidRPr="00A32D9C" w:rsidRDefault="00A32D9C" w:rsidP="00A32D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A32D9C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«Меңдіқара ауданы білім бөлімінің «Боровской балалар өнер мектебі»  КМҚК</w:t>
      </w:r>
    </w:p>
    <w:p w14:paraId="52FC5137" w14:textId="77777777" w:rsidR="00A32D9C" w:rsidRPr="00A32D9C" w:rsidRDefault="00A32D9C" w:rsidP="00A32D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34C482DF" w14:textId="77777777" w:rsidR="00A32D9C" w:rsidRPr="00A32D9C" w:rsidRDefault="00A32D9C" w:rsidP="00A32D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A32D9C">
        <w:rPr>
          <w:rFonts w:ascii="Times New Roman" w:eastAsia="Calibri" w:hAnsi="Times New Roman" w:cs="Times New Roman"/>
          <w:b/>
          <w:sz w:val="24"/>
          <w:szCs w:val="24"/>
          <w:lang w:val="ru-RU" w:eastAsia="ru-RU"/>
        </w:rPr>
        <w:t xml:space="preserve">КГКП «Боровская детская школа искусств» отдела образования Мендыкаринского района» Управления образования акимата Костанайской области </w:t>
      </w:r>
    </w:p>
    <w:p w14:paraId="71DD8152" w14:textId="77777777" w:rsidR="00A32D9C" w:rsidRPr="00A32D9C" w:rsidRDefault="00A32D9C" w:rsidP="00A32D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9B71E99" w14:textId="77777777" w:rsidR="00A32D9C" w:rsidRPr="00A32D9C" w:rsidRDefault="00A32D9C" w:rsidP="00A32D9C">
      <w:pPr>
        <w:spacing w:after="0" w:line="240" w:lineRule="auto"/>
        <w:jc w:val="center"/>
        <w:rPr>
          <w:rFonts w:ascii="Times New Roman" w:eastAsia="Calibri" w:hAnsi="Times New Roman" w:cs="Times New Roman"/>
          <w:lang w:val="ru-RU" w:eastAsia="ru-RU"/>
        </w:rPr>
      </w:pPr>
    </w:p>
    <w:p w14:paraId="611DBE81" w14:textId="77777777" w:rsidR="00A32D9C" w:rsidRDefault="00A32D9C" w:rsidP="00A32D9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A32D9C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Педагогикалық кенестің                                                                            </w:t>
      </w:r>
      <w:r w:rsidRPr="00A32D9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Принята на 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              </w:t>
      </w:r>
    </w:p>
    <w:p w14:paraId="4D223C6B" w14:textId="77777777" w:rsidR="00A32D9C" w:rsidRPr="00A32D9C" w:rsidRDefault="00A32D9C" w:rsidP="00A32D9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</w:t>
      </w:r>
      <w:r w:rsidRPr="00A32D9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заседании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  </w:t>
      </w:r>
    </w:p>
    <w:p w14:paraId="3574C1BE" w14:textId="77777777" w:rsidR="00A32D9C" w:rsidRPr="00A32D9C" w:rsidRDefault="00A32D9C" w:rsidP="00A32D9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A32D9C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отырысында қабылданды                                                                        </w:t>
      </w:r>
      <w:r w:rsidRPr="00A32D9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педагогического 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   </w:t>
      </w:r>
      <w:r w:rsidRPr="00A32D9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совета</w:t>
      </w:r>
    </w:p>
    <w:p w14:paraId="5B396CF0" w14:textId="77777777" w:rsidR="00A32D9C" w:rsidRPr="00A32D9C" w:rsidRDefault="00A32D9C" w:rsidP="00A32D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A32D9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«_</w:t>
      </w:r>
      <w:r w:rsidRPr="00A32D9C">
        <w:rPr>
          <w:rFonts w:ascii="Times New Roman" w:eastAsia="Calibri" w:hAnsi="Times New Roman" w:cs="Times New Roman"/>
          <w:sz w:val="24"/>
          <w:szCs w:val="24"/>
          <w:u w:val="single"/>
          <w:lang w:val="ru-RU" w:eastAsia="ru-RU"/>
        </w:rPr>
        <w:t>28</w:t>
      </w:r>
      <w:proofErr w:type="gramStart"/>
      <w:r w:rsidRPr="00A32D9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_»   </w:t>
      </w:r>
      <w:r w:rsidRPr="00A32D9C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 xml:space="preserve">тамыз </w:t>
      </w:r>
      <w:r w:rsidRPr="00A32D9C">
        <w:rPr>
          <w:rFonts w:ascii="Times New Roman" w:eastAsia="Calibri" w:hAnsi="Times New Roman" w:cs="Times New Roman"/>
          <w:sz w:val="24"/>
          <w:szCs w:val="24"/>
          <w:u w:val="single"/>
          <w:lang w:val="ru-RU" w:eastAsia="ru-RU"/>
        </w:rPr>
        <w:t xml:space="preserve"> 2025</w:t>
      </w:r>
      <w:proofErr w:type="gramEnd"/>
      <w:r w:rsidRPr="00A32D9C">
        <w:rPr>
          <w:rFonts w:ascii="Times New Roman" w:eastAsia="Calibri" w:hAnsi="Times New Roman" w:cs="Times New Roman"/>
          <w:sz w:val="24"/>
          <w:szCs w:val="24"/>
          <w:u w:val="single"/>
          <w:lang w:val="ru-RU" w:eastAsia="ru-RU"/>
        </w:rPr>
        <w:t xml:space="preserve"> </w:t>
      </w:r>
      <w:r w:rsidRPr="00A32D9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r w:rsidRPr="00A32D9C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жыл</w:t>
      </w:r>
      <w:r w:rsidRPr="00A32D9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r w:rsidRPr="00A32D9C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           </w:t>
      </w:r>
      <w:r w:rsidRPr="00A32D9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Протокол № _</w:t>
      </w:r>
      <w:r w:rsidRPr="00A32D9C">
        <w:rPr>
          <w:rFonts w:ascii="Times New Roman" w:eastAsia="Calibri" w:hAnsi="Times New Roman" w:cs="Times New Roman"/>
          <w:sz w:val="24"/>
          <w:szCs w:val="24"/>
          <w:u w:val="single"/>
          <w:lang w:val="ru-RU" w:eastAsia="ru-RU"/>
        </w:rPr>
        <w:t>1</w:t>
      </w:r>
      <w:r w:rsidRPr="00A32D9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_</w:t>
      </w:r>
    </w:p>
    <w:p w14:paraId="45152800" w14:textId="77777777" w:rsidR="00A32D9C" w:rsidRPr="00A32D9C" w:rsidRDefault="00A32D9C" w:rsidP="00A32D9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A32D9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№ _</w:t>
      </w:r>
      <w:r w:rsidRPr="00A32D9C">
        <w:rPr>
          <w:rFonts w:ascii="Times New Roman" w:eastAsia="Calibri" w:hAnsi="Times New Roman" w:cs="Times New Roman"/>
          <w:sz w:val="24"/>
          <w:szCs w:val="24"/>
          <w:u w:val="single"/>
          <w:lang w:val="ru-RU" w:eastAsia="ru-RU"/>
        </w:rPr>
        <w:t>1</w:t>
      </w:r>
      <w:r w:rsidRPr="00A32D9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_</w:t>
      </w:r>
      <w:r w:rsidRPr="00A32D9C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хаттама                                                                                   </w:t>
      </w:r>
      <w:r w:rsidRPr="00A32D9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от «_28__» </w:t>
      </w:r>
      <w:r w:rsidRPr="00A32D9C">
        <w:rPr>
          <w:rFonts w:ascii="Times New Roman" w:eastAsia="Calibri" w:hAnsi="Times New Roman" w:cs="Times New Roman"/>
          <w:sz w:val="24"/>
          <w:szCs w:val="24"/>
          <w:u w:val="single"/>
          <w:lang w:val="ru-RU" w:eastAsia="ru-RU"/>
        </w:rPr>
        <w:t xml:space="preserve">августа </w:t>
      </w:r>
      <w:proofErr w:type="gramStart"/>
      <w:r w:rsidRPr="00A32D9C">
        <w:rPr>
          <w:rFonts w:ascii="Times New Roman" w:eastAsia="Calibri" w:hAnsi="Times New Roman" w:cs="Times New Roman"/>
          <w:sz w:val="24"/>
          <w:szCs w:val="24"/>
          <w:u w:val="single"/>
          <w:lang w:val="ru-RU" w:eastAsia="ru-RU"/>
        </w:rPr>
        <w:t xml:space="preserve">2025 </w:t>
      </w:r>
      <w:r w:rsidRPr="00A32D9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года</w:t>
      </w:r>
      <w:proofErr w:type="gramEnd"/>
    </w:p>
    <w:p w14:paraId="57AC68A8" w14:textId="77777777" w:rsidR="00A32D9C" w:rsidRDefault="00A32D9C" w:rsidP="00A32D9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A32D9C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Егоркина И.Н.</w:t>
      </w:r>
      <w:r w:rsidRPr="00A32D9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_______________</w:t>
      </w:r>
      <w:r w:rsidRPr="00A32D9C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</w:t>
      </w:r>
    </w:p>
    <w:p w14:paraId="0C37DB03" w14:textId="77777777" w:rsidR="00A32D9C" w:rsidRPr="00A32D9C" w:rsidRDefault="00A32D9C" w:rsidP="00A32D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A32D9C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Егоркина И.Н.</w:t>
      </w:r>
      <w:r w:rsidRPr="00A32D9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______________</w:t>
      </w:r>
    </w:p>
    <w:p w14:paraId="55D9BDBB" w14:textId="77777777" w:rsidR="00A32D9C" w:rsidRPr="00A32D9C" w:rsidRDefault="00A32D9C" w:rsidP="00A32D9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D509F41" w14:textId="77777777" w:rsidR="00A32D9C" w:rsidRPr="00A32D9C" w:rsidRDefault="00A32D9C" w:rsidP="00A32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32D9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ҚОСЫМША БАҒДАРЛАМА</w:t>
      </w:r>
    </w:p>
    <w:p w14:paraId="38FA3ECE" w14:textId="77777777" w:rsidR="00A32D9C" w:rsidRPr="00A32D9C" w:rsidRDefault="00A32D9C" w:rsidP="00A32D9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A32D9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Бағдарлама атауы</w:t>
      </w:r>
      <w:r w:rsidRPr="00A32D9C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: Классиқалық биі</w:t>
      </w:r>
    </w:p>
    <w:p w14:paraId="73483588" w14:textId="77777777" w:rsidR="00A32D9C" w:rsidRPr="00A32D9C" w:rsidRDefault="00A32D9C" w:rsidP="00A32D9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A32D9C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Бағыты: хореография бөлімі</w:t>
      </w:r>
    </w:p>
    <w:p w14:paraId="343A944C" w14:textId="77777777" w:rsidR="00A32D9C" w:rsidRPr="00A32D9C" w:rsidRDefault="00A32D9C" w:rsidP="00A32D9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A32D9C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Оқушылардың жасы: 6-18 жас</w:t>
      </w:r>
    </w:p>
    <w:p w14:paraId="4658050B" w14:textId="77777777" w:rsidR="00A32D9C" w:rsidRPr="00A32D9C" w:rsidRDefault="00A32D9C" w:rsidP="00A32D9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A32D9C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Бағдарламаны іске асыру мерзімі: 7 жыл</w:t>
      </w:r>
    </w:p>
    <w:p w14:paraId="39C6643E" w14:textId="77777777" w:rsidR="00A32D9C" w:rsidRPr="00A32D9C" w:rsidRDefault="00A32D9C" w:rsidP="00A32D9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B0071EC" w14:textId="77777777" w:rsidR="00A32D9C" w:rsidRPr="00A32D9C" w:rsidRDefault="00A32D9C" w:rsidP="00A32D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 w:rsidRPr="00A32D9C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ДОПОЛНИТЕЛЬНАЯ ПРОГРАММА</w:t>
      </w:r>
    </w:p>
    <w:p w14:paraId="2B1F2495" w14:textId="77777777" w:rsidR="00A32D9C" w:rsidRPr="00A32D9C" w:rsidRDefault="00A32D9C" w:rsidP="00A32D9C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val="kk-KZ" w:eastAsia="ru-RU"/>
        </w:rPr>
      </w:pPr>
      <w:r w:rsidRPr="00A32D9C">
        <w:rPr>
          <w:rFonts w:ascii="Times New Roman" w:eastAsia="Calibri" w:hAnsi="Times New Roman" w:cs="Times New Roman"/>
          <w:i/>
          <w:sz w:val="24"/>
          <w:szCs w:val="24"/>
          <w:lang w:val="ru-RU" w:eastAsia="ru-RU"/>
        </w:rPr>
        <w:t>Название программы:</w:t>
      </w:r>
      <w:r w:rsidRPr="00A32D9C">
        <w:rPr>
          <w:rFonts w:ascii="Times New Roman" w:eastAsia="Calibri" w:hAnsi="Times New Roman" w:cs="Times New Roman"/>
          <w:i/>
          <w:sz w:val="24"/>
          <w:szCs w:val="24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  <w:lang w:val="kk-KZ" w:eastAsia="ru-RU"/>
        </w:rPr>
        <w:t>Современный</w:t>
      </w:r>
      <w:r w:rsidRPr="00A32D9C">
        <w:rPr>
          <w:rFonts w:ascii="Times New Roman" w:eastAsia="Calibri" w:hAnsi="Times New Roman" w:cs="Times New Roman"/>
          <w:i/>
          <w:sz w:val="24"/>
          <w:szCs w:val="24"/>
          <w:lang w:val="kk-KZ" w:eastAsia="ru-RU"/>
        </w:rPr>
        <w:t xml:space="preserve"> танец</w:t>
      </w:r>
    </w:p>
    <w:p w14:paraId="64CB244B" w14:textId="77777777" w:rsidR="00A32D9C" w:rsidRPr="00A32D9C" w:rsidRDefault="00A32D9C" w:rsidP="00A32D9C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  <w:lang w:val="kk-KZ" w:eastAsia="ru-RU"/>
        </w:rPr>
      </w:pPr>
      <w:r w:rsidRPr="00A32D9C">
        <w:rPr>
          <w:rFonts w:ascii="Times New Roman" w:eastAsia="Calibri" w:hAnsi="Times New Roman" w:cs="Times New Roman"/>
          <w:i/>
          <w:iCs/>
          <w:sz w:val="24"/>
          <w:szCs w:val="24"/>
          <w:lang w:val="ru-RU" w:eastAsia="ru-RU"/>
        </w:rPr>
        <w:t xml:space="preserve"> Направленность: </w:t>
      </w:r>
      <w:r w:rsidRPr="00A32D9C">
        <w:rPr>
          <w:rFonts w:ascii="Times New Roman" w:eastAsia="Calibri" w:hAnsi="Times New Roman" w:cs="Times New Roman"/>
          <w:i/>
          <w:iCs/>
          <w:sz w:val="24"/>
          <w:szCs w:val="24"/>
          <w:lang w:val="kk-KZ" w:eastAsia="ru-RU"/>
        </w:rPr>
        <w:t>отделение хореографии</w:t>
      </w:r>
    </w:p>
    <w:p w14:paraId="603C4BFA" w14:textId="77777777" w:rsidR="00A32D9C" w:rsidRPr="00A32D9C" w:rsidRDefault="00A32D9C" w:rsidP="00A32D9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A32D9C">
        <w:rPr>
          <w:rFonts w:ascii="Times New Roman" w:eastAsia="Calibri" w:hAnsi="Times New Roman" w:cs="Times New Roman"/>
          <w:i/>
          <w:iCs/>
          <w:sz w:val="24"/>
          <w:szCs w:val="24"/>
          <w:lang w:val="ru-RU" w:eastAsia="ru-RU"/>
        </w:rPr>
        <w:t>Возраст учащихся: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ru-RU" w:eastAsia="ru-RU"/>
        </w:rPr>
        <w:t>5-6-7</w:t>
      </w:r>
      <w:r w:rsidRPr="00A32D9C">
        <w:rPr>
          <w:rFonts w:ascii="Times New Roman" w:eastAsia="Calibri" w:hAnsi="Times New Roman" w:cs="Times New Roman"/>
          <w:i/>
          <w:iCs/>
          <w:sz w:val="24"/>
          <w:szCs w:val="24"/>
          <w:lang w:val="kk-KZ" w:eastAsia="ru-RU"/>
        </w:rPr>
        <w:t xml:space="preserve"> </w:t>
      </w:r>
      <w:r w:rsidRPr="00A32D9C">
        <w:rPr>
          <w:rFonts w:ascii="Times New Roman" w:eastAsia="Calibri" w:hAnsi="Times New Roman" w:cs="Times New Roman"/>
          <w:i/>
          <w:iCs/>
          <w:sz w:val="24"/>
          <w:szCs w:val="24"/>
          <w:lang w:val="ru-RU" w:eastAsia="ru-RU"/>
        </w:rPr>
        <w:t>лет</w:t>
      </w:r>
    </w:p>
    <w:p w14:paraId="043BA3E5" w14:textId="77777777" w:rsidR="00A32D9C" w:rsidRPr="00A32D9C" w:rsidRDefault="00A32D9C" w:rsidP="00A32D9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A32D9C">
        <w:rPr>
          <w:rFonts w:ascii="Times New Roman" w:eastAsia="Calibri" w:hAnsi="Times New Roman" w:cs="Times New Roman"/>
          <w:i/>
          <w:iCs/>
          <w:sz w:val="24"/>
          <w:szCs w:val="24"/>
          <w:lang w:val="ru-RU" w:eastAsia="ru-RU"/>
        </w:rPr>
        <w:t>Срок реализации программы</w:t>
      </w:r>
      <w:r w:rsidRPr="00A32D9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: </w:t>
      </w:r>
      <w:r>
        <w:rPr>
          <w:rFonts w:ascii="Times New Roman" w:eastAsia="Calibri" w:hAnsi="Times New Roman" w:cs="Times New Roman"/>
          <w:i/>
          <w:sz w:val="24"/>
          <w:szCs w:val="24"/>
          <w:lang w:val="kk-KZ" w:eastAsia="ru-RU"/>
        </w:rPr>
        <w:t>3</w:t>
      </w:r>
      <w:r w:rsidRPr="00A32D9C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  <w:lang w:val="kk-KZ" w:eastAsia="ru-RU"/>
        </w:rPr>
        <w:t>года</w:t>
      </w:r>
    </w:p>
    <w:p w14:paraId="7F0B3525" w14:textId="77777777" w:rsidR="00A32D9C" w:rsidRPr="00A32D9C" w:rsidRDefault="00A32D9C" w:rsidP="00A32D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C02CC0B" w14:textId="77777777" w:rsidR="00A32D9C" w:rsidRPr="00A32D9C" w:rsidRDefault="00A32D9C" w:rsidP="00A32D9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lang w:val="kk-KZ" w:eastAsia="ru-RU"/>
        </w:rPr>
      </w:pPr>
      <w:r w:rsidRPr="00A32D9C">
        <w:rPr>
          <w:rFonts w:ascii="Times New Roman" w:eastAsia="Calibri" w:hAnsi="Times New Roman" w:cs="Times New Roman"/>
          <w:b/>
          <w:sz w:val="24"/>
          <w:lang w:val="kk-KZ" w:eastAsia="ru-RU"/>
        </w:rPr>
        <w:t>Құрастырушы-автор:</w:t>
      </w:r>
    </w:p>
    <w:p w14:paraId="425AA8B9" w14:textId="77777777" w:rsidR="00A32D9C" w:rsidRPr="00A32D9C" w:rsidRDefault="00A32D9C" w:rsidP="00A32D9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lang w:val="ru-RU" w:eastAsia="ru-RU"/>
        </w:rPr>
      </w:pPr>
      <w:r w:rsidRPr="00A32D9C">
        <w:rPr>
          <w:rFonts w:ascii="Times New Roman" w:eastAsia="Calibri" w:hAnsi="Times New Roman" w:cs="Times New Roman"/>
          <w:b/>
          <w:sz w:val="24"/>
          <w:lang w:val="ru-RU" w:eastAsia="ru-RU"/>
        </w:rPr>
        <w:t xml:space="preserve">Автор-составитель: </w:t>
      </w:r>
    </w:p>
    <w:p w14:paraId="2B079C3F" w14:textId="77777777" w:rsidR="00A32D9C" w:rsidRPr="00A32D9C" w:rsidRDefault="00A32D9C" w:rsidP="00A32D9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lang w:val="ru-RU" w:eastAsia="ru-RU"/>
        </w:rPr>
      </w:pPr>
      <w:proofErr w:type="spellStart"/>
      <w:r w:rsidRPr="00A32D9C">
        <w:rPr>
          <w:rFonts w:ascii="Times New Roman" w:eastAsia="Calibri" w:hAnsi="Times New Roman" w:cs="Times New Roman"/>
          <w:sz w:val="24"/>
          <w:lang w:val="ru-RU" w:eastAsia="ru-RU"/>
        </w:rPr>
        <w:t>Загинайло</w:t>
      </w:r>
      <w:proofErr w:type="spellEnd"/>
      <w:r w:rsidRPr="00A32D9C">
        <w:rPr>
          <w:rFonts w:ascii="Times New Roman" w:eastAsia="Calibri" w:hAnsi="Times New Roman" w:cs="Times New Roman"/>
          <w:sz w:val="24"/>
          <w:lang w:val="ru-RU" w:eastAsia="ru-RU"/>
        </w:rPr>
        <w:t xml:space="preserve"> Александра Николаевна</w:t>
      </w:r>
    </w:p>
    <w:p w14:paraId="5E01EAF6" w14:textId="77777777" w:rsidR="00A32D9C" w:rsidRPr="00A32D9C" w:rsidRDefault="00A32D9C" w:rsidP="00A32D9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lang w:val="kk-KZ" w:eastAsia="ru-RU"/>
        </w:rPr>
      </w:pPr>
      <w:bookmarkStart w:id="0" w:name="_Hlk208414219"/>
      <w:r w:rsidRPr="00A32D9C">
        <w:rPr>
          <w:rFonts w:ascii="Times New Roman" w:eastAsia="Calibri" w:hAnsi="Times New Roman" w:cs="Times New Roman"/>
          <w:sz w:val="24"/>
          <w:lang w:val="kk-KZ" w:eastAsia="ru-RU"/>
        </w:rPr>
        <w:t>Бойко Екатерина Викторовна</w:t>
      </w:r>
    </w:p>
    <w:bookmarkEnd w:id="0"/>
    <w:p w14:paraId="0A9FC38D" w14:textId="77777777" w:rsidR="00A32D9C" w:rsidRPr="00A32D9C" w:rsidRDefault="00A32D9C" w:rsidP="00A32D9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lang w:val="kk-KZ" w:eastAsia="ru-RU"/>
        </w:rPr>
      </w:pPr>
      <w:r w:rsidRPr="00A32D9C">
        <w:rPr>
          <w:rFonts w:ascii="Times New Roman" w:eastAsia="Calibri" w:hAnsi="Times New Roman" w:cs="Times New Roman"/>
          <w:sz w:val="24"/>
          <w:lang w:val="kk-KZ" w:eastAsia="ru-RU"/>
        </w:rPr>
        <w:t>қосымша білім беру педагогы</w:t>
      </w:r>
    </w:p>
    <w:p w14:paraId="2E1DA615" w14:textId="77777777" w:rsidR="00A32D9C" w:rsidRPr="00A32D9C" w:rsidRDefault="00A32D9C" w:rsidP="00A32D9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lang w:val="ru-RU" w:eastAsia="ru-RU"/>
        </w:rPr>
      </w:pPr>
      <w:r w:rsidRPr="00A32D9C">
        <w:rPr>
          <w:rFonts w:ascii="Times New Roman" w:eastAsia="Calibri" w:hAnsi="Times New Roman" w:cs="Times New Roman"/>
          <w:sz w:val="24"/>
          <w:lang w:val="ru-RU" w:eastAsia="ru-RU"/>
        </w:rPr>
        <w:t>педагог дополнительного образования</w:t>
      </w:r>
    </w:p>
    <w:p w14:paraId="42792D66" w14:textId="77777777" w:rsidR="00A32D9C" w:rsidRPr="00A32D9C" w:rsidRDefault="00A32D9C" w:rsidP="00A32D9C">
      <w:pPr>
        <w:spacing w:after="0" w:line="240" w:lineRule="auto"/>
        <w:rPr>
          <w:rFonts w:ascii="Times New Roman" w:eastAsia="Calibri" w:hAnsi="Times New Roman" w:cs="Times New Roman"/>
          <w:sz w:val="24"/>
          <w:lang w:val="kk-KZ" w:eastAsia="ru-RU"/>
        </w:rPr>
      </w:pPr>
    </w:p>
    <w:p w14:paraId="3DCF7D9E" w14:textId="77777777" w:rsidR="00A32D9C" w:rsidRPr="00A32D9C" w:rsidRDefault="00A32D9C" w:rsidP="00A32D9C">
      <w:pPr>
        <w:spacing w:after="0" w:line="240" w:lineRule="auto"/>
        <w:rPr>
          <w:rFonts w:ascii="Times New Roman" w:eastAsia="Calibri" w:hAnsi="Times New Roman" w:cs="Times New Roman"/>
          <w:sz w:val="24"/>
          <w:lang w:val="kk-KZ" w:eastAsia="ru-RU"/>
        </w:rPr>
      </w:pPr>
    </w:p>
    <w:p w14:paraId="5C12EEE3" w14:textId="77777777" w:rsidR="00A32D9C" w:rsidRPr="00A32D9C" w:rsidRDefault="00A32D9C" w:rsidP="00A32D9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A32D9C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Меңдіқара ауданы</w:t>
      </w:r>
    </w:p>
    <w:p w14:paraId="5D636829" w14:textId="77777777" w:rsidR="00A32D9C" w:rsidRPr="00A32D9C" w:rsidRDefault="00A32D9C" w:rsidP="00A32D9C">
      <w:pPr>
        <w:spacing w:after="16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32D9C">
        <w:rPr>
          <w:rFonts w:ascii="Times New Roman" w:eastAsia="Calibri" w:hAnsi="Times New Roman" w:cs="Times New Roman"/>
          <w:sz w:val="24"/>
          <w:szCs w:val="24"/>
          <w:lang w:val="ru-RU"/>
        </w:rPr>
        <w:t>Мендыкаринский район</w:t>
      </w:r>
    </w:p>
    <w:p w14:paraId="499FC3BC" w14:textId="77777777" w:rsidR="00B64CBF" w:rsidRPr="00832556" w:rsidRDefault="00A32D9C" w:rsidP="00832556">
      <w:pPr>
        <w:spacing w:after="16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A32D9C">
        <w:rPr>
          <w:rFonts w:ascii="Times New Roman" w:eastAsia="Calibri" w:hAnsi="Times New Roman" w:cs="Times New Roman"/>
          <w:sz w:val="24"/>
          <w:szCs w:val="24"/>
          <w:lang w:val="ru-RU"/>
        </w:rPr>
        <w:t>2025  ж</w:t>
      </w:r>
      <w:proofErr w:type="gramEnd"/>
      <w:r w:rsidRPr="00A32D9C">
        <w:rPr>
          <w:rFonts w:ascii="Times New Roman" w:eastAsia="Calibri" w:hAnsi="Times New Roman" w:cs="Times New Roman"/>
          <w:sz w:val="24"/>
          <w:szCs w:val="24"/>
          <w:lang w:val="ru-RU"/>
        </w:rPr>
        <w:t>/г</w:t>
      </w:r>
    </w:p>
    <w:p w14:paraId="1124F125" w14:textId="77777777" w:rsidR="00B64CBF" w:rsidRPr="00B64CBF" w:rsidRDefault="00832556" w:rsidP="00B64C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  <w:lastRenderedPageBreak/>
        <w:t>Дополнительная общеобразовательная</w:t>
      </w:r>
    </w:p>
    <w:p w14:paraId="5143D6DB" w14:textId="77777777" w:rsidR="00B64CBF" w:rsidRPr="00B64CBF" w:rsidRDefault="00832556" w:rsidP="00B64C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  <w:t>Общеразвивающая программа</w:t>
      </w:r>
    </w:p>
    <w:p w14:paraId="3296752A" w14:textId="77777777" w:rsidR="00B64CBF" w:rsidRPr="00B64CBF" w:rsidRDefault="00832556" w:rsidP="00B64C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 области хореографического искусства</w:t>
      </w:r>
    </w:p>
    <w:p w14:paraId="51198B6C" w14:textId="77777777" w:rsidR="00B64CBF" w:rsidRPr="00B64CBF" w:rsidRDefault="00832556" w:rsidP="00B64C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  <w:t>«современный танец»</w:t>
      </w:r>
    </w:p>
    <w:p w14:paraId="5C068CCB" w14:textId="77777777" w:rsidR="00B64CBF" w:rsidRPr="00B64CBF" w:rsidRDefault="00832556" w:rsidP="00B64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Направленность: художественная</w:t>
      </w: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  <w:t>уровень программы: стартовый</w:t>
      </w: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  <w:t>возраст обучающихся: 5–7 лет</w:t>
      </w: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  <w:t>срок реализации: 3 года</w:t>
      </w: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  <w:t>общий объём: 108 часов</w:t>
      </w:r>
    </w:p>
    <w:p w14:paraId="02542A6E" w14:textId="77777777" w:rsidR="00B64CBF" w:rsidRDefault="00B64CBF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1EC79E7" w14:textId="77777777" w:rsidR="00C00ACA" w:rsidRDefault="00C00ACA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80D78C0" w14:textId="77777777" w:rsidR="00C00ACA" w:rsidRDefault="00C00ACA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7DE2275" w14:textId="77777777" w:rsidR="00C00ACA" w:rsidRDefault="00C00ACA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FDCD1FE" w14:textId="77777777" w:rsidR="00C00ACA" w:rsidRDefault="00C00ACA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5710844" w14:textId="77777777" w:rsidR="00C00ACA" w:rsidRDefault="00C00ACA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C56F071" w14:textId="77777777" w:rsidR="00C00ACA" w:rsidRDefault="00C00ACA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E5313CA" w14:textId="77777777" w:rsidR="00C00ACA" w:rsidRDefault="00C00ACA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42B0639" w14:textId="77777777" w:rsidR="00C00ACA" w:rsidRDefault="00C00ACA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19A8A60" w14:textId="77777777" w:rsidR="00C00ACA" w:rsidRDefault="00C00ACA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0BB84A1" w14:textId="77777777" w:rsidR="00C00ACA" w:rsidRDefault="00C00ACA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4DBE2CA" w14:textId="77777777" w:rsidR="00C00ACA" w:rsidRDefault="00C00ACA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298321B" w14:textId="77777777" w:rsidR="00C00ACA" w:rsidRDefault="00C00ACA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3C6FDAA" w14:textId="77777777" w:rsidR="00832556" w:rsidRDefault="00832556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3FE4403" w14:textId="77777777" w:rsidR="00832556" w:rsidRDefault="00832556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C841E74" w14:textId="77777777" w:rsidR="00832556" w:rsidRDefault="00832556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391092D" w14:textId="77777777" w:rsidR="00832556" w:rsidRDefault="00832556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E19F6A9" w14:textId="77777777" w:rsidR="00832556" w:rsidRDefault="00832556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518A023" w14:textId="77777777" w:rsidR="00832556" w:rsidRDefault="00832556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CC44A63" w14:textId="77777777" w:rsidR="00832556" w:rsidRDefault="00832556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166927B" w14:textId="77777777" w:rsidR="00C00ACA" w:rsidRDefault="00C00ACA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70E3C58" w14:textId="77777777" w:rsidR="00C00ACA" w:rsidRDefault="00C00ACA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82DD6A2" w14:textId="77777777" w:rsidR="00C00ACA" w:rsidRDefault="00C00ACA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18FE1E9" w14:textId="77777777" w:rsidR="00C00ACA" w:rsidRDefault="00C00ACA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7DA986A" w14:textId="77777777" w:rsidR="00C00ACA" w:rsidRDefault="00C00ACA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815DC38" w14:textId="77777777" w:rsidR="00C00ACA" w:rsidRPr="00B64CBF" w:rsidRDefault="00C00ACA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9AE35A5" w14:textId="77777777" w:rsidR="00B64CBF" w:rsidRPr="00B64CBF" w:rsidRDefault="00B64CBF" w:rsidP="00B64C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  <w:lastRenderedPageBreak/>
        <w:t>1. ПОЯСНИТЕЛЬНАЯ ЗАПИСКА</w:t>
      </w:r>
    </w:p>
    <w:p w14:paraId="0B4CEAF6" w14:textId="77777777" w:rsidR="00B64CBF" w:rsidRPr="00B64CBF" w:rsidRDefault="00B64CBF" w:rsidP="00B64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Дополнительная общеобразовательная общеразвивающая программа «Современный танец» разработана в соответствии с действующим законодательством в сфере дополнительного образования и предназначена для реализации в Детской школе искусств.</w:t>
      </w:r>
    </w:p>
    <w:p w14:paraId="20DEA80D" w14:textId="77777777" w:rsidR="00B64CBF" w:rsidRPr="00B64CBF" w:rsidRDefault="00B64CBF" w:rsidP="00B64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Программа имеет художественную направленность и ориентирована на формирование начальных хореографических навыков у детей 5–7 лет, развитие их творческих способностей, эстетического вкуса и общей культуры.</w:t>
      </w:r>
    </w:p>
    <w:p w14:paraId="18E1B58B" w14:textId="77777777" w:rsidR="00B64CBF" w:rsidRPr="00B64CBF" w:rsidRDefault="00B64CBF" w:rsidP="00B64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Современный танец как вид хореографического искусства способствует:</w:t>
      </w:r>
    </w:p>
    <w:p w14:paraId="25FE5F87" w14:textId="77777777" w:rsidR="00B64CBF" w:rsidRPr="00B64CBF" w:rsidRDefault="00B64CBF" w:rsidP="00B64CB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развитию координации движений;</w:t>
      </w:r>
    </w:p>
    <w:p w14:paraId="2AA38334" w14:textId="77777777" w:rsidR="00B64CBF" w:rsidRPr="00B64CBF" w:rsidRDefault="00B64CBF" w:rsidP="00B64CB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формированию правильной осанки;</w:t>
      </w:r>
    </w:p>
    <w:p w14:paraId="5DED2E77" w14:textId="77777777" w:rsidR="00B64CBF" w:rsidRPr="00B64CBF" w:rsidRDefault="00B64CBF" w:rsidP="00B64CB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развитию гибкости, пластичности и выносливости;</w:t>
      </w:r>
    </w:p>
    <w:p w14:paraId="6F1C7D7E" w14:textId="77777777" w:rsidR="00B64CBF" w:rsidRPr="00B64CBF" w:rsidRDefault="00B64CBF" w:rsidP="00B64CB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формированию музыкально-ритмических способностей;</w:t>
      </w:r>
    </w:p>
    <w:p w14:paraId="33074B0D" w14:textId="77777777" w:rsidR="00B64CBF" w:rsidRPr="00B64CBF" w:rsidRDefault="00B64CBF" w:rsidP="00B64CB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развитию эмоциональной выразительности;</w:t>
      </w:r>
    </w:p>
    <w:p w14:paraId="39D70A5D" w14:textId="77777777" w:rsidR="00B64CBF" w:rsidRPr="00B64CBF" w:rsidRDefault="00B64CBF" w:rsidP="00B64CB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воспитанию сценической культуры.</w:t>
      </w:r>
    </w:p>
    <w:p w14:paraId="09B5670F" w14:textId="77777777" w:rsidR="00B64CBF" w:rsidRPr="00B64CBF" w:rsidRDefault="00B64CBF" w:rsidP="00B64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Актуальность программы обусловлена необходимостью раннего художественно-эстетического развития детей, формированием устойчивого интереса к искусству и созданием условий для творческой самореализации обучающихся.</w:t>
      </w:r>
    </w:p>
    <w:p w14:paraId="0F3F52B0" w14:textId="77777777" w:rsidR="00B64CBF" w:rsidRPr="00B64CBF" w:rsidRDefault="00B64CBF" w:rsidP="00B64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Новизна программы заключается в поэтапном освоении элементов современного танца с учётом возрастных психофизиологических особенностей детей 5–7 лет и использовании игровых технологий на начальном этапе обучения.</w:t>
      </w:r>
    </w:p>
    <w:p w14:paraId="0B53F22C" w14:textId="77777777" w:rsidR="00B64CBF" w:rsidRPr="00B64CBF" w:rsidRDefault="00C54877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pict w14:anchorId="26E6346E">
          <v:rect id="_x0000_i1025" style="width:0;height:1.5pt" o:hralign="center" o:hrstd="t" o:hr="t" fillcolor="#a0a0a0" stroked="f"/>
        </w:pict>
      </w:r>
    </w:p>
    <w:p w14:paraId="2E7E395C" w14:textId="77777777" w:rsidR="00C00ACA" w:rsidRPr="00C00ACA" w:rsidRDefault="00B64CBF" w:rsidP="00C00A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  <w:t>2. ЦЕЛЬ ПРОГРАММЫ</w:t>
      </w:r>
    </w:p>
    <w:p w14:paraId="3B6B3AD1" w14:textId="77777777" w:rsidR="00C00ACA" w:rsidRPr="00C00ACA" w:rsidRDefault="00C00ACA" w:rsidP="00C00A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0AC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Целью дополнительной общеобразовательной общеразвивающей программы в области хореографического искусства «Современный танец» является создание условий для художественно-эстетического, физического и творческого развития обучающихся средствами современного танца, формирование устойчивого интереса к хореографическому искусству и основ исполнительской культуры.</w:t>
      </w:r>
    </w:p>
    <w:p w14:paraId="1BBC26D7" w14:textId="77777777" w:rsidR="00C00ACA" w:rsidRPr="00C00ACA" w:rsidRDefault="00C00ACA" w:rsidP="00C00A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0AC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Программа направлена на:</w:t>
      </w:r>
    </w:p>
    <w:p w14:paraId="1C2AC174" w14:textId="77777777" w:rsidR="00C00ACA" w:rsidRPr="00C00ACA" w:rsidRDefault="00C00ACA" w:rsidP="00C00AC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0AC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формирование у обучающихся начальных профессионально-ориентированных знаний, умений и навыков в области современного танца;</w:t>
      </w:r>
    </w:p>
    <w:p w14:paraId="2F4C2D39" w14:textId="77777777" w:rsidR="00C00ACA" w:rsidRPr="00C00ACA" w:rsidRDefault="00C00ACA" w:rsidP="00C00AC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0AC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развитие физических качеств (гибкости, координации, силы, выносливости), необходимых для освоения хореографического материала;</w:t>
      </w:r>
    </w:p>
    <w:p w14:paraId="186FB262" w14:textId="77777777" w:rsidR="00C00ACA" w:rsidRPr="00C00ACA" w:rsidRDefault="00C00ACA" w:rsidP="00C00AC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0AC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воспитание музыкальности, чувства ритма, пространственной ориентации и двигательной культуры;</w:t>
      </w:r>
    </w:p>
    <w:p w14:paraId="101B28CE" w14:textId="77777777" w:rsidR="00C00ACA" w:rsidRPr="00C00ACA" w:rsidRDefault="00C00ACA" w:rsidP="00C00AC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0AC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развитие творческого воображения, образного мышления и способности к художественному самовыражению;</w:t>
      </w:r>
    </w:p>
    <w:p w14:paraId="7CF91A15" w14:textId="77777777" w:rsidR="00C00ACA" w:rsidRPr="00C00ACA" w:rsidRDefault="00C00ACA" w:rsidP="00C00AC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0AC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формирование навыков коллективной деятельности, сценической дисциплины и ответственности;</w:t>
      </w:r>
    </w:p>
    <w:p w14:paraId="7B6AA11E" w14:textId="77777777" w:rsidR="00C00ACA" w:rsidRPr="00C00ACA" w:rsidRDefault="00C00ACA" w:rsidP="00C00AC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0AC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приобщение обучающихся к ценностям отечественной и мировой культуры.</w:t>
      </w:r>
    </w:p>
    <w:p w14:paraId="44B40817" w14:textId="77777777" w:rsidR="00C00ACA" w:rsidRPr="00C00ACA" w:rsidRDefault="00C00ACA" w:rsidP="00C00A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00AC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Реализация программы обеспечивает преемственность обучения, способствует гармоничному развитию личности ребёнка и создаёт основу для дальнейшего обучения в области хореографического искусства.</w:t>
      </w:r>
    </w:p>
    <w:p w14:paraId="49A72E80" w14:textId="77777777" w:rsidR="00B64CBF" w:rsidRPr="00B64CBF" w:rsidRDefault="00B64CBF" w:rsidP="00B64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DAFBDAB" w14:textId="77777777" w:rsidR="00B64CBF" w:rsidRPr="00B64CBF" w:rsidRDefault="00C54877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pict w14:anchorId="6876300F">
          <v:rect id="_x0000_i1026" style="width:0;height:1.5pt" o:hralign="center" o:hrstd="t" o:hr="t" fillcolor="#a0a0a0" stroked="f"/>
        </w:pict>
      </w:r>
    </w:p>
    <w:p w14:paraId="4A0C0271" w14:textId="77777777" w:rsidR="00B64CBF" w:rsidRPr="00B64CBF" w:rsidRDefault="00B64CBF" w:rsidP="00B64C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  <w:t>3. ЗАДАЧИ ПРОГРАММЫ</w:t>
      </w:r>
    </w:p>
    <w:p w14:paraId="49C6812B" w14:textId="77777777" w:rsidR="00B64CBF" w:rsidRPr="00B64CBF" w:rsidRDefault="00B64CBF" w:rsidP="00B64C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Образовательные:</w:t>
      </w:r>
    </w:p>
    <w:p w14:paraId="5F561979" w14:textId="77777777" w:rsidR="00B64CBF" w:rsidRPr="00B64CBF" w:rsidRDefault="00B64CBF" w:rsidP="00B64CB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формирование начальных знаний в области современного танца;</w:t>
      </w:r>
    </w:p>
    <w:p w14:paraId="051C2268" w14:textId="77777777" w:rsidR="00B64CBF" w:rsidRPr="00B64CBF" w:rsidRDefault="00B64CBF" w:rsidP="00B64CB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освоение базовых танцевальных элементов;</w:t>
      </w:r>
    </w:p>
    <w:p w14:paraId="2360B564" w14:textId="77777777" w:rsidR="00B64CBF" w:rsidRPr="00B64CBF" w:rsidRDefault="00B64CBF" w:rsidP="00B64CB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развитие чувства ритма и музыкальности;</w:t>
      </w:r>
    </w:p>
    <w:p w14:paraId="501B8D5A" w14:textId="77777777" w:rsidR="00B64CBF" w:rsidRPr="00B64CBF" w:rsidRDefault="00B64CBF" w:rsidP="00B64CB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формирование навыков пространственной ориентации.</w:t>
      </w:r>
    </w:p>
    <w:p w14:paraId="4C0A8F3C" w14:textId="77777777" w:rsidR="00B64CBF" w:rsidRPr="00B64CBF" w:rsidRDefault="00B64CBF" w:rsidP="00B64C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Развивающие:</w:t>
      </w:r>
    </w:p>
    <w:p w14:paraId="4C25CCF5" w14:textId="77777777" w:rsidR="00B64CBF" w:rsidRPr="00B64CBF" w:rsidRDefault="00B64CBF" w:rsidP="00B64CB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развитие координации, гибкости, пластики;</w:t>
      </w:r>
    </w:p>
    <w:p w14:paraId="6134BCE0" w14:textId="77777777" w:rsidR="00B64CBF" w:rsidRPr="00B64CBF" w:rsidRDefault="00B64CBF" w:rsidP="00B64CB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развитие памяти, внимания и воображения;</w:t>
      </w:r>
    </w:p>
    <w:p w14:paraId="3F3ED077" w14:textId="77777777" w:rsidR="00B64CBF" w:rsidRPr="00B64CBF" w:rsidRDefault="00B64CBF" w:rsidP="00B64CB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развитие артистичности и выразительности движений.</w:t>
      </w:r>
    </w:p>
    <w:p w14:paraId="67D03F11" w14:textId="77777777" w:rsidR="00B64CBF" w:rsidRPr="00B64CBF" w:rsidRDefault="00B64CBF" w:rsidP="00B64C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Воспитательные:</w:t>
      </w:r>
    </w:p>
    <w:p w14:paraId="3B106736" w14:textId="77777777" w:rsidR="00B64CBF" w:rsidRPr="00B64CBF" w:rsidRDefault="00B64CBF" w:rsidP="00B64CB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воспитание дисциплинированности;</w:t>
      </w:r>
    </w:p>
    <w:p w14:paraId="7F545C01" w14:textId="77777777" w:rsidR="00B64CBF" w:rsidRPr="00B64CBF" w:rsidRDefault="00B64CBF" w:rsidP="00B64CB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формирование культуры поведения;</w:t>
      </w:r>
    </w:p>
    <w:p w14:paraId="625A86F3" w14:textId="77777777" w:rsidR="00B64CBF" w:rsidRPr="00B64CBF" w:rsidRDefault="00B64CBF" w:rsidP="00B64CB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развитие навыков коллективной работы;</w:t>
      </w:r>
    </w:p>
    <w:p w14:paraId="45F80A65" w14:textId="77777777" w:rsidR="00B64CBF" w:rsidRPr="00B64CBF" w:rsidRDefault="00B64CBF" w:rsidP="00B64CB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формирование интереса к хореографическому искусству.</w:t>
      </w:r>
    </w:p>
    <w:p w14:paraId="57B390AB" w14:textId="77777777" w:rsidR="00B64CBF" w:rsidRPr="00B64CBF" w:rsidRDefault="00C54877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pict w14:anchorId="191E8FF6">
          <v:rect id="_x0000_i1027" style="width:0;height:1.5pt" o:hralign="center" o:hrstd="t" o:hr="t" fillcolor="#a0a0a0" stroked="f"/>
        </w:pict>
      </w:r>
    </w:p>
    <w:p w14:paraId="1EC1D101" w14:textId="77777777" w:rsidR="00B64CBF" w:rsidRPr="00B64CBF" w:rsidRDefault="00B64CBF" w:rsidP="00B64C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  <w:t>4. СРОК РЕАЛИЗАЦИИ ПРОГРАММЫ</w:t>
      </w:r>
    </w:p>
    <w:p w14:paraId="0C7BE7E3" w14:textId="77777777" w:rsidR="00B64CBF" w:rsidRPr="00B64CBF" w:rsidRDefault="00B64CBF" w:rsidP="00B64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Срок реализации – 3 года.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6"/>
        <w:gridCol w:w="1057"/>
        <w:gridCol w:w="2356"/>
      </w:tblGrid>
      <w:tr w:rsidR="00B64CBF" w:rsidRPr="00B64CBF" w14:paraId="77D526F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7B9EC0" w14:textId="77777777" w:rsidR="00B64CBF" w:rsidRPr="00B64CBF" w:rsidRDefault="00B64CBF" w:rsidP="00B6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Год обучения</w:t>
            </w:r>
          </w:p>
        </w:tc>
        <w:tc>
          <w:tcPr>
            <w:tcW w:w="0" w:type="auto"/>
            <w:vAlign w:val="center"/>
            <w:hideMark/>
          </w:tcPr>
          <w:p w14:paraId="0985D078" w14:textId="77777777" w:rsidR="00B64CBF" w:rsidRPr="00B64CBF" w:rsidRDefault="00B64CBF" w:rsidP="00B6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Возраст</w:t>
            </w:r>
          </w:p>
        </w:tc>
        <w:tc>
          <w:tcPr>
            <w:tcW w:w="0" w:type="auto"/>
            <w:vAlign w:val="center"/>
            <w:hideMark/>
          </w:tcPr>
          <w:p w14:paraId="6D9B3F38" w14:textId="77777777" w:rsidR="00B64CBF" w:rsidRPr="00B64CBF" w:rsidRDefault="00B64CBF" w:rsidP="00B6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Количество часов</w:t>
            </w:r>
          </w:p>
        </w:tc>
      </w:tr>
      <w:tr w:rsidR="00B64CBF" w:rsidRPr="00B64CBF" w14:paraId="47B580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442FCA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I год (подготовительный)</w:t>
            </w:r>
          </w:p>
        </w:tc>
        <w:tc>
          <w:tcPr>
            <w:tcW w:w="0" w:type="auto"/>
            <w:vAlign w:val="center"/>
            <w:hideMark/>
          </w:tcPr>
          <w:p w14:paraId="1DEA276F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 лет</w:t>
            </w:r>
          </w:p>
        </w:tc>
        <w:tc>
          <w:tcPr>
            <w:tcW w:w="0" w:type="auto"/>
            <w:vAlign w:val="center"/>
            <w:hideMark/>
          </w:tcPr>
          <w:p w14:paraId="3AF79901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36 часов</w:t>
            </w:r>
          </w:p>
        </w:tc>
      </w:tr>
      <w:tr w:rsidR="00B64CBF" w:rsidRPr="00B64CBF" w14:paraId="287129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0AA185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II год</w:t>
            </w:r>
          </w:p>
        </w:tc>
        <w:tc>
          <w:tcPr>
            <w:tcW w:w="0" w:type="auto"/>
            <w:vAlign w:val="center"/>
            <w:hideMark/>
          </w:tcPr>
          <w:p w14:paraId="47E31919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 лет</w:t>
            </w:r>
          </w:p>
        </w:tc>
        <w:tc>
          <w:tcPr>
            <w:tcW w:w="0" w:type="auto"/>
            <w:vAlign w:val="center"/>
            <w:hideMark/>
          </w:tcPr>
          <w:p w14:paraId="6E46AD3F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36 часов</w:t>
            </w:r>
          </w:p>
        </w:tc>
      </w:tr>
      <w:tr w:rsidR="00B64CBF" w:rsidRPr="00B64CBF" w14:paraId="76A03E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549E3B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III год</w:t>
            </w:r>
          </w:p>
        </w:tc>
        <w:tc>
          <w:tcPr>
            <w:tcW w:w="0" w:type="auto"/>
            <w:vAlign w:val="center"/>
            <w:hideMark/>
          </w:tcPr>
          <w:p w14:paraId="01470F42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 лет</w:t>
            </w:r>
          </w:p>
        </w:tc>
        <w:tc>
          <w:tcPr>
            <w:tcW w:w="0" w:type="auto"/>
            <w:vAlign w:val="center"/>
            <w:hideMark/>
          </w:tcPr>
          <w:p w14:paraId="1E2117F1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36 часов</w:t>
            </w:r>
          </w:p>
        </w:tc>
      </w:tr>
      <w:tr w:rsidR="00B64CBF" w:rsidRPr="00B64CBF" w14:paraId="5C0D73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8BE5C5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1DFAB0A1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556BFEB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108 часов</w:t>
            </w:r>
          </w:p>
        </w:tc>
      </w:tr>
    </w:tbl>
    <w:p w14:paraId="0B106EB7" w14:textId="77777777" w:rsidR="00B64CBF" w:rsidRPr="00B64CBF" w:rsidRDefault="00B64CBF" w:rsidP="00B64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Режим занятий:</w:t>
      </w: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  <w:t>1 раз в неделю по 40 минут (1 академический час).</w:t>
      </w: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  <w:t>Продолжительность учебного года – 36 учебных недель.</w:t>
      </w:r>
    </w:p>
    <w:p w14:paraId="10741C7A" w14:textId="77777777" w:rsidR="00B64CBF" w:rsidRPr="00B64CBF" w:rsidRDefault="00C54877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pict w14:anchorId="4485820B">
          <v:rect id="_x0000_i1028" style="width:0;height:1.5pt" o:hralign="center" o:hrstd="t" o:hr="t" fillcolor="#a0a0a0" stroked="f"/>
        </w:pict>
      </w:r>
    </w:p>
    <w:p w14:paraId="51753E6C" w14:textId="77777777" w:rsidR="00B64CBF" w:rsidRPr="00B64CBF" w:rsidRDefault="00B64CBF" w:rsidP="00B64C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  <w:t>5. ФОРМА ОБУЧЕНИЯ И РЕЖИМ ЗАНЯТИЙ</w:t>
      </w:r>
    </w:p>
    <w:p w14:paraId="19E8A7BA" w14:textId="77777777" w:rsidR="00B64CBF" w:rsidRPr="00B64CBF" w:rsidRDefault="00B64CBF" w:rsidP="00B64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Форма обучения – групповая.</w:t>
      </w: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  <w:t>Наполняемость группы – 10–15 человек.</w:t>
      </w:r>
    </w:p>
    <w:p w14:paraId="0D775308" w14:textId="77777777" w:rsidR="00B64CBF" w:rsidRPr="00B64CBF" w:rsidRDefault="00B64CBF" w:rsidP="00B64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Структура занятия:</w:t>
      </w:r>
    </w:p>
    <w:p w14:paraId="35B8FFD2" w14:textId="77777777" w:rsidR="00B64CBF" w:rsidRPr="00B64CBF" w:rsidRDefault="00B64CBF" w:rsidP="00B64CB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Организационный момент</w:t>
      </w:r>
    </w:p>
    <w:p w14:paraId="153AF1AF" w14:textId="77777777" w:rsidR="00B64CBF" w:rsidRPr="00B64CBF" w:rsidRDefault="00B64CBF" w:rsidP="00B64CB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Разминка</w:t>
      </w:r>
    </w:p>
    <w:p w14:paraId="11568A9D" w14:textId="77777777" w:rsidR="00B64CBF" w:rsidRPr="00B64CBF" w:rsidRDefault="00B64CBF" w:rsidP="00B64CB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Основная часть</w:t>
      </w:r>
    </w:p>
    <w:p w14:paraId="401059D0" w14:textId="77777777" w:rsidR="00B64CBF" w:rsidRPr="00B64CBF" w:rsidRDefault="00B64CBF" w:rsidP="00B64CB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Заключительная часть (растяжка, релаксация)</w:t>
      </w:r>
    </w:p>
    <w:p w14:paraId="4E5263EB" w14:textId="77777777" w:rsidR="00B64CBF" w:rsidRPr="00B64CBF" w:rsidRDefault="00C54877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pict w14:anchorId="50DACA3E">
          <v:rect id="_x0000_i1029" style="width:0;height:1.5pt" o:hralign="center" o:hrstd="t" o:hr="t" fillcolor="#a0a0a0" stroked="f"/>
        </w:pict>
      </w:r>
    </w:p>
    <w:p w14:paraId="49D002AA" w14:textId="77777777" w:rsidR="00B64CBF" w:rsidRPr="00B64CBF" w:rsidRDefault="00B64CBF" w:rsidP="00B64C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  <w:t>6. МЕТОДЫ И ФОРМЫ РАБОТЫ</w:t>
      </w:r>
    </w:p>
    <w:p w14:paraId="4C031ADC" w14:textId="77777777" w:rsidR="00B64CBF" w:rsidRPr="00B64CBF" w:rsidRDefault="00B64CBF" w:rsidP="00B64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Методы обучения:</w:t>
      </w:r>
    </w:p>
    <w:p w14:paraId="2E2A415D" w14:textId="77777777" w:rsidR="00B64CBF" w:rsidRPr="00B64CBF" w:rsidRDefault="00B64CBF" w:rsidP="00B64CB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наглядный (показ преподавателя);</w:t>
      </w:r>
    </w:p>
    <w:p w14:paraId="261A65A7" w14:textId="77777777" w:rsidR="00B64CBF" w:rsidRPr="00B64CBF" w:rsidRDefault="00B64CBF" w:rsidP="00B64CB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словесный (объяснение, беседа);</w:t>
      </w:r>
    </w:p>
    <w:p w14:paraId="5DBA7B7A" w14:textId="77777777" w:rsidR="00B64CBF" w:rsidRPr="00B64CBF" w:rsidRDefault="00B64CBF" w:rsidP="00B64CB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практический;</w:t>
      </w:r>
    </w:p>
    <w:p w14:paraId="561FDFEB" w14:textId="77777777" w:rsidR="00B64CBF" w:rsidRPr="00B64CBF" w:rsidRDefault="00B64CBF" w:rsidP="00B64CB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игровой;</w:t>
      </w:r>
    </w:p>
    <w:p w14:paraId="1FDE2A17" w14:textId="77777777" w:rsidR="00B64CBF" w:rsidRPr="00B64CBF" w:rsidRDefault="00B64CBF" w:rsidP="00B64CB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метод повторения;</w:t>
      </w:r>
    </w:p>
    <w:p w14:paraId="29018787" w14:textId="77777777" w:rsidR="00B64CBF" w:rsidRPr="00B64CBF" w:rsidRDefault="00B64CBF" w:rsidP="00B64CB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импровизационный метод.</w:t>
      </w:r>
    </w:p>
    <w:p w14:paraId="3AB91159" w14:textId="77777777" w:rsidR="00B64CBF" w:rsidRPr="00B64CBF" w:rsidRDefault="00B64CBF" w:rsidP="00B64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Формы занятий:</w:t>
      </w:r>
    </w:p>
    <w:p w14:paraId="68DB4BDC" w14:textId="77777777" w:rsidR="00B64CBF" w:rsidRPr="00B64CBF" w:rsidRDefault="00B64CBF" w:rsidP="00B64CB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учебное занятие;</w:t>
      </w:r>
    </w:p>
    <w:p w14:paraId="3FFA3088" w14:textId="77777777" w:rsidR="00B64CBF" w:rsidRPr="00B64CBF" w:rsidRDefault="00B64CBF" w:rsidP="00B64CB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открытый урок;</w:t>
      </w:r>
    </w:p>
    <w:p w14:paraId="7C24A3AD" w14:textId="77777777" w:rsidR="00B64CBF" w:rsidRPr="00B64CBF" w:rsidRDefault="00B64CBF" w:rsidP="00B64CB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репетиция;</w:t>
      </w:r>
    </w:p>
    <w:p w14:paraId="24A80E9F" w14:textId="77777777" w:rsidR="00B64CBF" w:rsidRPr="00B64CBF" w:rsidRDefault="00B64CBF" w:rsidP="00B64CB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концертное выступление;</w:t>
      </w:r>
    </w:p>
    <w:p w14:paraId="5E45BD75" w14:textId="77777777" w:rsidR="00B64CBF" w:rsidRPr="00B64CBF" w:rsidRDefault="00B64CBF" w:rsidP="00B64CB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творческое занятие.</w:t>
      </w:r>
    </w:p>
    <w:p w14:paraId="34820739" w14:textId="77777777" w:rsidR="00B64CBF" w:rsidRPr="00B64CBF" w:rsidRDefault="00C54877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pict w14:anchorId="748D9C17">
          <v:rect id="_x0000_i1030" style="width:0;height:1.5pt" o:hralign="center" o:hrstd="t" o:hr="t" fillcolor="#a0a0a0" stroked="f"/>
        </w:pict>
      </w:r>
    </w:p>
    <w:p w14:paraId="7B5BE7C0" w14:textId="77777777" w:rsidR="00B64CBF" w:rsidRPr="00B64CBF" w:rsidRDefault="00B64CBF" w:rsidP="00B64C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  <w:t>7. СОДЕРЖАНИЕ ПРОГРАММЫ</w:t>
      </w:r>
    </w:p>
    <w:p w14:paraId="0FD6ACFC" w14:textId="77777777" w:rsidR="00B64CBF" w:rsidRPr="00B64CBF" w:rsidRDefault="00B64CBF" w:rsidP="00B64C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Базовые тематические разделы:</w:t>
      </w:r>
    </w:p>
    <w:p w14:paraId="39B6F951" w14:textId="77777777" w:rsidR="00B64CBF" w:rsidRPr="00B64CBF" w:rsidRDefault="00B64CBF" w:rsidP="00B64CB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Основы ритмики</w:t>
      </w:r>
    </w:p>
    <w:p w14:paraId="3B8773FD" w14:textId="77777777" w:rsidR="00B64CBF" w:rsidRPr="00B64CBF" w:rsidRDefault="00B64CBF" w:rsidP="00B64CB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Танцевальная разминка</w:t>
      </w:r>
    </w:p>
    <w:p w14:paraId="56798966" w14:textId="77777777" w:rsidR="00B64CBF" w:rsidRPr="00B64CBF" w:rsidRDefault="00B64CBF" w:rsidP="00B64CB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Прыжки в современном стиле</w:t>
      </w:r>
    </w:p>
    <w:p w14:paraId="0F98FBC1" w14:textId="77777777" w:rsidR="00B64CBF" w:rsidRPr="00B64CBF" w:rsidRDefault="00B64CBF" w:rsidP="00B64CB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Партерная гимнастика</w:t>
      </w:r>
    </w:p>
    <w:p w14:paraId="7AFECB97" w14:textId="77777777" w:rsidR="00B64CBF" w:rsidRPr="00B64CBF" w:rsidRDefault="00B64CBF" w:rsidP="00B64CB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Пластика рук и корпуса</w:t>
      </w:r>
    </w:p>
    <w:p w14:paraId="1BD54DB4" w14:textId="77777777" w:rsidR="00B64CBF" w:rsidRPr="00B64CBF" w:rsidRDefault="00B64CBF" w:rsidP="00B64CB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Координация движений</w:t>
      </w:r>
    </w:p>
    <w:p w14:paraId="6112B0F4" w14:textId="77777777" w:rsidR="00B64CBF" w:rsidRPr="00B64CBF" w:rsidRDefault="00B64CBF" w:rsidP="00B64CB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Работа в пространстве</w:t>
      </w:r>
    </w:p>
    <w:p w14:paraId="251B742F" w14:textId="77777777" w:rsidR="00B64CBF" w:rsidRPr="00B64CBF" w:rsidRDefault="00B64CBF" w:rsidP="00B64CB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Танцевальные комбинации</w:t>
      </w:r>
    </w:p>
    <w:p w14:paraId="2944E600" w14:textId="77777777" w:rsidR="00B64CBF" w:rsidRPr="00B64CBF" w:rsidRDefault="00B64CBF" w:rsidP="00B64CB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Импровизация</w:t>
      </w:r>
    </w:p>
    <w:p w14:paraId="533846F2" w14:textId="77777777" w:rsidR="00B64CBF" w:rsidRPr="00B64CBF" w:rsidRDefault="00B64CBF" w:rsidP="00B64CB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Постановочная деятельность</w:t>
      </w:r>
    </w:p>
    <w:p w14:paraId="31068D8D" w14:textId="77777777" w:rsidR="00B64CBF" w:rsidRPr="00B64CBF" w:rsidRDefault="00C54877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pict w14:anchorId="77AA09F3">
          <v:rect id="_x0000_i1031" style="width:0;height:1.5pt" o:hralign="center" o:hrstd="t" o:hr="t" fillcolor="#a0a0a0" stroked="f"/>
        </w:pict>
      </w:r>
    </w:p>
    <w:p w14:paraId="637139AE" w14:textId="77777777" w:rsidR="00B64CBF" w:rsidRPr="00B64CBF" w:rsidRDefault="00B64CBF" w:rsidP="00B64C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  <w:t>8. УЧЕБНО-ТЕМАТИЧЕСКИЙ ПЛАН</w:t>
      </w:r>
    </w:p>
    <w:p w14:paraId="09BEB1CA" w14:textId="77777777" w:rsidR="00B64CBF" w:rsidRPr="00B64CBF" w:rsidRDefault="00B64CBF" w:rsidP="00B64C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I год обучения (5 лет) – 36 часов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"/>
        <w:gridCol w:w="4368"/>
        <w:gridCol w:w="764"/>
      </w:tblGrid>
      <w:tr w:rsidR="00B64CBF" w:rsidRPr="00B64CBF" w14:paraId="383D61A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B7433C" w14:textId="77777777" w:rsidR="00B64CBF" w:rsidRPr="00B64CBF" w:rsidRDefault="00B64CBF" w:rsidP="00B6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589B3F1E" w14:textId="77777777" w:rsidR="00B64CBF" w:rsidRPr="00B64CBF" w:rsidRDefault="00B64CBF" w:rsidP="00B6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Тема</w:t>
            </w:r>
          </w:p>
        </w:tc>
        <w:tc>
          <w:tcPr>
            <w:tcW w:w="0" w:type="auto"/>
            <w:vAlign w:val="center"/>
            <w:hideMark/>
          </w:tcPr>
          <w:p w14:paraId="56D15882" w14:textId="77777777" w:rsidR="00B64CBF" w:rsidRPr="00B64CBF" w:rsidRDefault="00B64CBF" w:rsidP="00B6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Часы</w:t>
            </w:r>
          </w:p>
        </w:tc>
      </w:tr>
      <w:tr w:rsidR="00B64CBF" w:rsidRPr="00B64CBF" w14:paraId="15C96B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D8D349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A2E5C28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Вводное занятие</w:t>
            </w:r>
          </w:p>
        </w:tc>
        <w:tc>
          <w:tcPr>
            <w:tcW w:w="0" w:type="auto"/>
            <w:vAlign w:val="center"/>
            <w:hideMark/>
          </w:tcPr>
          <w:p w14:paraId="2F922CB2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</w:tr>
      <w:tr w:rsidR="00B64CBF" w:rsidRPr="00B64CBF" w14:paraId="0B526E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1CA903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58CC962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Основы ритмики</w:t>
            </w:r>
          </w:p>
        </w:tc>
        <w:tc>
          <w:tcPr>
            <w:tcW w:w="0" w:type="auto"/>
            <w:vAlign w:val="center"/>
            <w:hideMark/>
          </w:tcPr>
          <w:p w14:paraId="451680A7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</w:tr>
      <w:tr w:rsidR="00B64CBF" w:rsidRPr="00B64CBF" w14:paraId="5C26B8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66B4B6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32FA680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Танцевальная разминка</w:t>
            </w:r>
          </w:p>
        </w:tc>
        <w:tc>
          <w:tcPr>
            <w:tcW w:w="0" w:type="auto"/>
            <w:vAlign w:val="center"/>
            <w:hideMark/>
          </w:tcPr>
          <w:p w14:paraId="7613440E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</w:tr>
      <w:tr w:rsidR="00B64CBF" w:rsidRPr="00B64CBF" w14:paraId="2BEDA2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8DA502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9003191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Прыжки в современном стиле</w:t>
            </w:r>
          </w:p>
        </w:tc>
        <w:tc>
          <w:tcPr>
            <w:tcW w:w="0" w:type="auto"/>
            <w:vAlign w:val="center"/>
            <w:hideMark/>
          </w:tcPr>
          <w:p w14:paraId="777A5A78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</w:tr>
      <w:tr w:rsidR="00B64CBF" w:rsidRPr="00B64CBF" w14:paraId="0F709B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8AAFCB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186D01F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Пластика рук</w:t>
            </w:r>
          </w:p>
        </w:tc>
        <w:tc>
          <w:tcPr>
            <w:tcW w:w="0" w:type="auto"/>
            <w:vAlign w:val="center"/>
            <w:hideMark/>
          </w:tcPr>
          <w:p w14:paraId="4BEAF2C7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</w:tr>
      <w:tr w:rsidR="00B64CBF" w:rsidRPr="00B64CBF" w14:paraId="3BC2FD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F73F9D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6</w:t>
            </w:r>
          </w:p>
        </w:tc>
        <w:tc>
          <w:tcPr>
            <w:tcW w:w="0" w:type="auto"/>
            <w:vAlign w:val="center"/>
            <w:hideMark/>
          </w:tcPr>
          <w:p w14:paraId="41506A76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Работа в пространстве</w:t>
            </w:r>
          </w:p>
        </w:tc>
        <w:tc>
          <w:tcPr>
            <w:tcW w:w="0" w:type="auto"/>
            <w:vAlign w:val="center"/>
            <w:hideMark/>
          </w:tcPr>
          <w:p w14:paraId="45111798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</w:tr>
      <w:tr w:rsidR="00B64CBF" w:rsidRPr="00B64CBF" w14:paraId="32BABE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77BB2E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654BC04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Простые танцевальные комбинации</w:t>
            </w:r>
          </w:p>
        </w:tc>
        <w:tc>
          <w:tcPr>
            <w:tcW w:w="0" w:type="auto"/>
            <w:vAlign w:val="center"/>
            <w:hideMark/>
          </w:tcPr>
          <w:p w14:paraId="7BBD92EE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</w:tr>
      <w:tr w:rsidR="00B64CBF" w:rsidRPr="00B64CBF" w14:paraId="6E9909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2A3EA3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CB1D7C6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Итоговое занятие</w:t>
            </w:r>
          </w:p>
        </w:tc>
        <w:tc>
          <w:tcPr>
            <w:tcW w:w="0" w:type="auto"/>
            <w:vAlign w:val="center"/>
            <w:hideMark/>
          </w:tcPr>
          <w:p w14:paraId="1DAF7144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</w:tr>
      <w:tr w:rsidR="00B64CBF" w:rsidRPr="00B64CBF" w14:paraId="3EEF3C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03F9E0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395A6F8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0F335276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36</w:t>
            </w:r>
          </w:p>
        </w:tc>
      </w:tr>
    </w:tbl>
    <w:p w14:paraId="7AED91E6" w14:textId="77777777" w:rsidR="00B64CBF" w:rsidRPr="00B64CBF" w:rsidRDefault="00C54877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pict w14:anchorId="514CA92F">
          <v:rect id="_x0000_i1032" style="width:0;height:1.5pt" o:hralign="center" o:hrstd="t" o:hr="t" fillcolor="#a0a0a0" stroked="f"/>
        </w:pict>
      </w:r>
    </w:p>
    <w:p w14:paraId="07030F8E" w14:textId="77777777" w:rsidR="00B64CBF" w:rsidRPr="00B64CBF" w:rsidRDefault="00B64CBF" w:rsidP="00B64C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II год обучения (6 лет) – 36 часов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"/>
        <w:gridCol w:w="5518"/>
        <w:gridCol w:w="764"/>
      </w:tblGrid>
      <w:tr w:rsidR="00B64CBF" w:rsidRPr="00B64CBF" w14:paraId="732149B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B787CC0" w14:textId="77777777" w:rsidR="00B64CBF" w:rsidRPr="00B64CBF" w:rsidRDefault="00B64CBF" w:rsidP="00B6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78569422" w14:textId="77777777" w:rsidR="00B64CBF" w:rsidRPr="00B64CBF" w:rsidRDefault="00B64CBF" w:rsidP="00B6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Тема</w:t>
            </w:r>
          </w:p>
        </w:tc>
        <w:tc>
          <w:tcPr>
            <w:tcW w:w="0" w:type="auto"/>
            <w:vAlign w:val="center"/>
            <w:hideMark/>
          </w:tcPr>
          <w:p w14:paraId="2C7DDA02" w14:textId="77777777" w:rsidR="00B64CBF" w:rsidRPr="00B64CBF" w:rsidRDefault="00B64CBF" w:rsidP="00B6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Часы</w:t>
            </w:r>
          </w:p>
        </w:tc>
      </w:tr>
      <w:tr w:rsidR="00B64CBF" w:rsidRPr="00B64CBF" w14:paraId="5B6961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165DF4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81F3D5E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Повторение</w:t>
            </w:r>
          </w:p>
        </w:tc>
        <w:tc>
          <w:tcPr>
            <w:tcW w:w="0" w:type="auto"/>
            <w:vAlign w:val="center"/>
            <w:hideMark/>
          </w:tcPr>
          <w:p w14:paraId="61823648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</w:tr>
      <w:tr w:rsidR="00B64CBF" w:rsidRPr="00B64CBF" w14:paraId="0791A2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C16F82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BDFB39B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Ритмика и координация</w:t>
            </w:r>
          </w:p>
        </w:tc>
        <w:tc>
          <w:tcPr>
            <w:tcW w:w="0" w:type="auto"/>
            <w:vAlign w:val="center"/>
            <w:hideMark/>
          </w:tcPr>
          <w:p w14:paraId="0FFA1202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</w:tr>
      <w:tr w:rsidR="00B64CBF" w:rsidRPr="00B64CBF" w14:paraId="6CF4DC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0A750C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1393A9B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Прыжки в современном стиле (с поворотами)</w:t>
            </w:r>
          </w:p>
        </w:tc>
        <w:tc>
          <w:tcPr>
            <w:tcW w:w="0" w:type="auto"/>
            <w:vAlign w:val="center"/>
            <w:hideMark/>
          </w:tcPr>
          <w:p w14:paraId="2B8A1FDB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</w:tr>
      <w:tr w:rsidR="00B64CBF" w:rsidRPr="00B64CBF" w14:paraId="60D1A3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B5CFE6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1F55963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Партерная гимнастика</w:t>
            </w:r>
          </w:p>
        </w:tc>
        <w:tc>
          <w:tcPr>
            <w:tcW w:w="0" w:type="auto"/>
            <w:vAlign w:val="center"/>
            <w:hideMark/>
          </w:tcPr>
          <w:p w14:paraId="7C72F298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</w:tr>
      <w:tr w:rsidR="00B64CBF" w:rsidRPr="00B64CBF" w14:paraId="679D7D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8AE542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C8A0239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Пластика корпуса</w:t>
            </w:r>
          </w:p>
        </w:tc>
        <w:tc>
          <w:tcPr>
            <w:tcW w:w="0" w:type="auto"/>
            <w:vAlign w:val="center"/>
            <w:hideMark/>
          </w:tcPr>
          <w:p w14:paraId="75841819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</w:tr>
      <w:tr w:rsidR="00B64CBF" w:rsidRPr="00B64CBF" w14:paraId="2BE892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EA5233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B6042E5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Танцевальные комбинации</w:t>
            </w:r>
          </w:p>
        </w:tc>
        <w:tc>
          <w:tcPr>
            <w:tcW w:w="0" w:type="auto"/>
            <w:vAlign w:val="center"/>
            <w:hideMark/>
          </w:tcPr>
          <w:p w14:paraId="36F33943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</w:tr>
      <w:tr w:rsidR="00B64CBF" w:rsidRPr="00B64CBF" w14:paraId="619285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521682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C363565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Импровизация</w:t>
            </w:r>
          </w:p>
        </w:tc>
        <w:tc>
          <w:tcPr>
            <w:tcW w:w="0" w:type="auto"/>
            <w:vAlign w:val="center"/>
            <w:hideMark/>
          </w:tcPr>
          <w:p w14:paraId="36AB3810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</w:tr>
      <w:tr w:rsidR="00B64CBF" w:rsidRPr="00B64CBF" w14:paraId="705AB7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1912A3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5ECD074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Итоговое занятие</w:t>
            </w:r>
          </w:p>
        </w:tc>
        <w:tc>
          <w:tcPr>
            <w:tcW w:w="0" w:type="auto"/>
            <w:vAlign w:val="center"/>
            <w:hideMark/>
          </w:tcPr>
          <w:p w14:paraId="7905D8CA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</w:tr>
      <w:tr w:rsidR="00B64CBF" w:rsidRPr="00B64CBF" w14:paraId="57018B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47BF53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283C21F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23BAF97A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36</w:t>
            </w:r>
          </w:p>
        </w:tc>
      </w:tr>
    </w:tbl>
    <w:p w14:paraId="715065BD" w14:textId="77777777" w:rsidR="00B64CBF" w:rsidRPr="00B64CBF" w:rsidRDefault="00C54877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pict w14:anchorId="05035E4C">
          <v:rect id="_x0000_i1033" style="width:0;height:1.5pt" o:hralign="center" o:hrstd="t" o:hr="t" fillcolor="#a0a0a0" stroked="f"/>
        </w:pict>
      </w:r>
    </w:p>
    <w:p w14:paraId="345BFA1F" w14:textId="77777777" w:rsidR="00B64CBF" w:rsidRPr="00B64CBF" w:rsidRDefault="00B64CBF" w:rsidP="00B64C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III год обучения (7 лет) – 36 часов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"/>
        <w:gridCol w:w="3289"/>
        <w:gridCol w:w="764"/>
      </w:tblGrid>
      <w:tr w:rsidR="00B64CBF" w:rsidRPr="00B64CBF" w14:paraId="2CC0535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79757D8" w14:textId="77777777" w:rsidR="00B64CBF" w:rsidRPr="00B64CBF" w:rsidRDefault="00B64CBF" w:rsidP="00B6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1411D87B" w14:textId="77777777" w:rsidR="00B64CBF" w:rsidRPr="00B64CBF" w:rsidRDefault="00B64CBF" w:rsidP="00B6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Тема</w:t>
            </w:r>
          </w:p>
        </w:tc>
        <w:tc>
          <w:tcPr>
            <w:tcW w:w="0" w:type="auto"/>
            <w:vAlign w:val="center"/>
            <w:hideMark/>
          </w:tcPr>
          <w:p w14:paraId="0BAAA673" w14:textId="77777777" w:rsidR="00B64CBF" w:rsidRPr="00B64CBF" w:rsidRDefault="00B64CBF" w:rsidP="00B6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Часы</w:t>
            </w:r>
          </w:p>
        </w:tc>
      </w:tr>
      <w:tr w:rsidR="00B64CBF" w:rsidRPr="00B64CBF" w14:paraId="05E3A5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4AB222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1A0A7A7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Повторение и закрепление</w:t>
            </w:r>
          </w:p>
        </w:tc>
        <w:tc>
          <w:tcPr>
            <w:tcW w:w="0" w:type="auto"/>
            <w:vAlign w:val="center"/>
            <w:hideMark/>
          </w:tcPr>
          <w:p w14:paraId="3B4CA1B0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</w:tr>
      <w:tr w:rsidR="00B64CBF" w:rsidRPr="00B64CBF" w14:paraId="0AE6C8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585F74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E52AB0D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Развитие техники</w:t>
            </w:r>
          </w:p>
        </w:tc>
        <w:tc>
          <w:tcPr>
            <w:tcW w:w="0" w:type="auto"/>
            <w:vAlign w:val="center"/>
            <w:hideMark/>
          </w:tcPr>
          <w:p w14:paraId="6478D741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</w:tr>
      <w:tr w:rsidR="00B64CBF" w:rsidRPr="00B64CBF" w14:paraId="35EAF5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94B891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E796E77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Усложнённые прыжки</w:t>
            </w:r>
          </w:p>
        </w:tc>
        <w:tc>
          <w:tcPr>
            <w:tcW w:w="0" w:type="auto"/>
            <w:vAlign w:val="center"/>
            <w:hideMark/>
          </w:tcPr>
          <w:p w14:paraId="038F9244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</w:tr>
      <w:tr w:rsidR="00B64CBF" w:rsidRPr="00B64CBF" w14:paraId="6E8965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DF9F74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AF4E20F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Работа в пространстве</w:t>
            </w:r>
          </w:p>
        </w:tc>
        <w:tc>
          <w:tcPr>
            <w:tcW w:w="0" w:type="auto"/>
            <w:vAlign w:val="center"/>
            <w:hideMark/>
          </w:tcPr>
          <w:p w14:paraId="2F9126C7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</w:tr>
      <w:tr w:rsidR="00B64CBF" w:rsidRPr="00B64CBF" w14:paraId="5095F6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FA603D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B4ABA55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Импровизация и образ</w:t>
            </w:r>
          </w:p>
        </w:tc>
        <w:tc>
          <w:tcPr>
            <w:tcW w:w="0" w:type="auto"/>
            <w:vAlign w:val="center"/>
            <w:hideMark/>
          </w:tcPr>
          <w:p w14:paraId="0CDB353C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</w:tr>
      <w:tr w:rsidR="00B64CBF" w:rsidRPr="00B64CBF" w14:paraId="55ED6C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2E7116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4B5190F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Танцевальные композиции</w:t>
            </w:r>
          </w:p>
        </w:tc>
        <w:tc>
          <w:tcPr>
            <w:tcW w:w="0" w:type="auto"/>
            <w:vAlign w:val="center"/>
            <w:hideMark/>
          </w:tcPr>
          <w:p w14:paraId="528F138A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</w:tr>
      <w:tr w:rsidR="00B64CBF" w:rsidRPr="00B64CBF" w14:paraId="3B98D9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70DC03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4B51AA8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Постановочная работа</w:t>
            </w:r>
          </w:p>
        </w:tc>
        <w:tc>
          <w:tcPr>
            <w:tcW w:w="0" w:type="auto"/>
            <w:vAlign w:val="center"/>
            <w:hideMark/>
          </w:tcPr>
          <w:p w14:paraId="42CC8861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</w:tr>
      <w:tr w:rsidR="00B64CBF" w:rsidRPr="00B64CBF" w14:paraId="2EB098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ECB654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11BA9EE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Итоговое выступление</w:t>
            </w:r>
          </w:p>
        </w:tc>
        <w:tc>
          <w:tcPr>
            <w:tcW w:w="0" w:type="auto"/>
            <w:vAlign w:val="center"/>
            <w:hideMark/>
          </w:tcPr>
          <w:p w14:paraId="3D52DB37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</w:tr>
      <w:tr w:rsidR="00B64CBF" w:rsidRPr="00B64CBF" w14:paraId="7AAF5A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E8CFE3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97C0BFC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36E49831" w14:textId="77777777" w:rsidR="00B64CBF" w:rsidRPr="00B64CBF" w:rsidRDefault="00B64CBF" w:rsidP="00B64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64C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36</w:t>
            </w:r>
          </w:p>
        </w:tc>
      </w:tr>
    </w:tbl>
    <w:p w14:paraId="343E43BA" w14:textId="77777777" w:rsidR="00B64CBF" w:rsidRPr="00B64CBF" w:rsidRDefault="00C54877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pict w14:anchorId="6D454480">
          <v:rect id="_x0000_i1034" style="width:0;height:1.5pt" o:hralign="center" o:hrstd="t" o:hr="t" fillcolor="#a0a0a0" stroked="f"/>
        </w:pict>
      </w:r>
    </w:p>
    <w:p w14:paraId="53B91641" w14:textId="77777777" w:rsidR="00B64CBF" w:rsidRPr="00B64CBF" w:rsidRDefault="00B64CBF" w:rsidP="00B64C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  <w:lastRenderedPageBreak/>
        <w:t>9. КАЛЕНДАРНО-ТЕМАТИЧЕСКОЕ ПЛАНИРОВАНИЕ (пример)</w:t>
      </w:r>
    </w:p>
    <w:p w14:paraId="7E9793BA" w14:textId="77777777" w:rsidR="00B64CBF" w:rsidRPr="00B64CBF" w:rsidRDefault="00B64CBF" w:rsidP="00B64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Каждый учебный год включает 36 занятий, распределённых следующим образом:</w:t>
      </w:r>
    </w:p>
    <w:p w14:paraId="180B37CA" w14:textId="77777777" w:rsidR="00B64CBF" w:rsidRPr="00B64CBF" w:rsidRDefault="00B64CBF" w:rsidP="00B64CB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1–4 недели – ритмика и разминка</w:t>
      </w:r>
    </w:p>
    <w:p w14:paraId="0168058C" w14:textId="77777777" w:rsidR="00B64CBF" w:rsidRPr="00B64CBF" w:rsidRDefault="00B64CBF" w:rsidP="00B64CB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5–12 недели – прыжки в современном стиле</w:t>
      </w:r>
    </w:p>
    <w:p w14:paraId="0EA97213" w14:textId="77777777" w:rsidR="00B64CBF" w:rsidRPr="00B64CBF" w:rsidRDefault="00B64CBF" w:rsidP="00B64CB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13–20 недели – пластика и координация</w:t>
      </w:r>
    </w:p>
    <w:p w14:paraId="158A0ECF" w14:textId="77777777" w:rsidR="00B64CBF" w:rsidRPr="00B64CBF" w:rsidRDefault="00B64CBF" w:rsidP="00B64CB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21–28 недели – танцевальные комбинации</w:t>
      </w:r>
    </w:p>
    <w:p w14:paraId="6C66DA40" w14:textId="77777777" w:rsidR="00B64CBF" w:rsidRPr="00B64CBF" w:rsidRDefault="00B64CBF" w:rsidP="00B64CB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29–34 недели – постановочная работа</w:t>
      </w:r>
    </w:p>
    <w:p w14:paraId="40CFB08A" w14:textId="77777777" w:rsidR="00B64CBF" w:rsidRPr="00B64CBF" w:rsidRDefault="00B64CBF" w:rsidP="00B64CB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35–36 недели – итоговое занятие</w:t>
      </w:r>
    </w:p>
    <w:p w14:paraId="7AB473EC" w14:textId="77777777" w:rsidR="00B64CBF" w:rsidRPr="00B64CBF" w:rsidRDefault="00C54877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pict w14:anchorId="1561D9DD">
          <v:rect id="_x0000_i1035" style="width:0;height:1.5pt" o:hralign="center" o:hrstd="t" o:hr="t" fillcolor="#a0a0a0" stroked="f"/>
        </w:pict>
      </w:r>
    </w:p>
    <w:p w14:paraId="77D0241C" w14:textId="77777777" w:rsidR="00B64CBF" w:rsidRPr="00B64CBF" w:rsidRDefault="00B64CBF" w:rsidP="00B64C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  <w:t>10. ПЛАНИРУЕМЫЕ РЕЗУЛЬТАТЫ</w:t>
      </w:r>
    </w:p>
    <w:p w14:paraId="07063E49" w14:textId="77777777" w:rsidR="00B64CBF" w:rsidRPr="00B64CBF" w:rsidRDefault="00B64CBF" w:rsidP="00B64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 окончанию программы обучающиеся:</w:t>
      </w:r>
    </w:p>
    <w:p w14:paraId="15903098" w14:textId="77777777" w:rsidR="00B64CBF" w:rsidRPr="00B64CBF" w:rsidRDefault="00B64CBF" w:rsidP="00B64CB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владеют базовыми элементами современного танца;</w:t>
      </w:r>
    </w:p>
    <w:p w14:paraId="57A4E1ED" w14:textId="77777777" w:rsidR="00B64CBF" w:rsidRPr="00B64CBF" w:rsidRDefault="00B64CBF" w:rsidP="00B64CB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выполняют танцевальные связки;</w:t>
      </w:r>
    </w:p>
    <w:p w14:paraId="6B7C2F77" w14:textId="77777777" w:rsidR="00B64CBF" w:rsidRPr="00B64CBF" w:rsidRDefault="00B64CBF" w:rsidP="00B64CB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ориентируются в пространстве;</w:t>
      </w:r>
    </w:p>
    <w:p w14:paraId="1635D76D" w14:textId="77777777" w:rsidR="00B64CBF" w:rsidRPr="00B64CBF" w:rsidRDefault="00B64CBF" w:rsidP="00B64CB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обладают навыками сценического поведения;</w:t>
      </w:r>
    </w:p>
    <w:p w14:paraId="2A96395B" w14:textId="77777777" w:rsidR="00B64CBF" w:rsidRPr="00B64CBF" w:rsidRDefault="00B64CBF" w:rsidP="00B64CB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участвуют в концертных выступлениях школы.</w:t>
      </w:r>
    </w:p>
    <w:p w14:paraId="602319D8" w14:textId="77777777" w:rsidR="00B64CBF" w:rsidRPr="00B64CBF" w:rsidRDefault="00C54877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pict w14:anchorId="65EFB465">
          <v:rect id="_x0000_i1036" style="width:0;height:1.5pt" o:hralign="center" o:hrstd="t" o:hr="t" fillcolor="#a0a0a0" stroked="f"/>
        </w:pict>
      </w:r>
    </w:p>
    <w:p w14:paraId="3DA35FBE" w14:textId="77777777" w:rsidR="00B64CBF" w:rsidRPr="00B64CBF" w:rsidRDefault="00B64CBF" w:rsidP="00B64C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  <w:t>11. МАТЕРИАЛЬНО-ТЕХНИЧЕСКОЕ ОБЕСПЕЧЕНИЕ</w:t>
      </w:r>
    </w:p>
    <w:p w14:paraId="3F9CC18F" w14:textId="77777777" w:rsidR="00B64CBF" w:rsidRPr="00B64CBF" w:rsidRDefault="00B64CBF" w:rsidP="00B64C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Для реализации программы необходимо:</w:t>
      </w:r>
    </w:p>
    <w:p w14:paraId="7BBA5400" w14:textId="77777777" w:rsidR="00B64CBF" w:rsidRPr="00B64CBF" w:rsidRDefault="00B64CBF" w:rsidP="00B64CB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хореографический зал;</w:t>
      </w:r>
    </w:p>
    <w:p w14:paraId="36358806" w14:textId="77777777" w:rsidR="00B64CBF" w:rsidRPr="00B64CBF" w:rsidRDefault="00B64CBF" w:rsidP="00B64CB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зеркала;</w:t>
      </w:r>
    </w:p>
    <w:p w14:paraId="3EB02A1E" w14:textId="77777777" w:rsidR="00B64CBF" w:rsidRPr="00B64CBF" w:rsidRDefault="00B64CBF" w:rsidP="00B64CB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музыкальный центр;</w:t>
      </w:r>
    </w:p>
    <w:p w14:paraId="074C95DF" w14:textId="77777777" w:rsidR="00B64CBF" w:rsidRPr="00B64CBF" w:rsidRDefault="00B64CBF" w:rsidP="00B64CB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напольное покрытие, соответствующее санитарным нормам;</w:t>
      </w:r>
    </w:p>
    <w:p w14:paraId="201E3EBE" w14:textId="77777777" w:rsidR="00B64CBF" w:rsidRPr="00B64CBF" w:rsidRDefault="00B64CBF" w:rsidP="00B64CB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костюмы для выступлений.</w:t>
      </w:r>
    </w:p>
    <w:p w14:paraId="4359B160" w14:textId="77777777" w:rsidR="00B64CBF" w:rsidRPr="00B64CBF" w:rsidRDefault="00C54877" w:rsidP="00B64C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pict w14:anchorId="37E880FA">
          <v:rect id="_x0000_i1037" style="width:0;height:1.5pt" o:hralign="center" o:hrstd="t" o:hr="t" fillcolor="#a0a0a0" stroked="f"/>
        </w:pict>
      </w:r>
    </w:p>
    <w:p w14:paraId="62F68C1C" w14:textId="77777777" w:rsidR="00B64CBF" w:rsidRPr="00B64CBF" w:rsidRDefault="00B64CBF" w:rsidP="00B64C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</w:rPr>
        <w:t>12. ФОРМЫ КОНТРОЛЯ</w:t>
      </w:r>
    </w:p>
    <w:p w14:paraId="2769FF04" w14:textId="77777777" w:rsidR="00B64CBF" w:rsidRPr="00B64CBF" w:rsidRDefault="00B64CBF" w:rsidP="00B64CB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текущий контроль (наблюдение);</w:t>
      </w:r>
    </w:p>
    <w:p w14:paraId="2869050F" w14:textId="77777777" w:rsidR="00B64CBF" w:rsidRPr="00B64CBF" w:rsidRDefault="00B64CBF" w:rsidP="00B64CB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промежуточные открытые уроки;</w:t>
      </w:r>
    </w:p>
    <w:p w14:paraId="5FF3EAA9" w14:textId="77777777" w:rsidR="00B64CBF" w:rsidRPr="00B64CBF" w:rsidRDefault="00B64CBF" w:rsidP="00B64CB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4C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итоговое выступление.</w:t>
      </w:r>
    </w:p>
    <w:p w14:paraId="2B7E49E9" w14:textId="77777777" w:rsidR="007321C7" w:rsidRPr="00A32D9C" w:rsidRDefault="007321C7" w:rsidP="00B64CBF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7321C7" w:rsidRPr="00A32D9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DB0CAE"/>
    <w:multiLevelType w:val="multilevel"/>
    <w:tmpl w:val="28989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520A48"/>
    <w:multiLevelType w:val="multilevel"/>
    <w:tmpl w:val="501C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DF1173D"/>
    <w:multiLevelType w:val="multilevel"/>
    <w:tmpl w:val="6B148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E2F65EE"/>
    <w:multiLevelType w:val="multilevel"/>
    <w:tmpl w:val="4E2AF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8837F73"/>
    <w:multiLevelType w:val="multilevel"/>
    <w:tmpl w:val="7C94C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3C575C"/>
    <w:multiLevelType w:val="multilevel"/>
    <w:tmpl w:val="42426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412CF2"/>
    <w:multiLevelType w:val="multilevel"/>
    <w:tmpl w:val="F5509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85772D"/>
    <w:multiLevelType w:val="multilevel"/>
    <w:tmpl w:val="AD341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195CFF"/>
    <w:multiLevelType w:val="multilevel"/>
    <w:tmpl w:val="D8F00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72745F"/>
    <w:multiLevelType w:val="multilevel"/>
    <w:tmpl w:val="44A4D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DA3594"/>
    <w:multiLevelType w:val="multilevel"/>
    <w:tmpl w:val="60B69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406F72"/>
    <w:multiLevelType w:val="multilevel"/>
    <w:tmpl w:val="5E682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2365F8"/>
    <w:multiLevelType w:val="multilevel"/>
    <w:tmpl w:val="6372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533487"/>
    <w:multiLevelType w:val="multilevel"/>
    <w:tmpl w:val="A3E07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D86ECA"/>
    <w:multiLevelType w:val="multilevel"/>
    <w:tmpl w:val="2D3A7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932276"/>
    <w:multiLevelType w:val="multilevel"/>
    <w:tmpl w:val="6E761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C27AD3"/>
    <w:multiLevelType w:val="multilevel"/>
    <w:tmpl w:val="841E1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7173626"/>
    <w:multiLevelType w:val="multilevel"/>
    <w:tmpl w:val="2D1A8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CD6D4E"/>
    <w:multiLevelType w:val="multilevel"/>
    <w:tmpl w:val="56767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AF04ED"/>
    <w:multiLevelType w:val="multilevel"/>
    <w:tmpl w:val="56BCF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4B1707E"/>
    <w:multiLevelType w:val="multilevel"/>
    <w:tmpl w:val="AEE6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6652CC"/>
    <w:multiLevelType w:val="multilevel"/>
    <w:tmpl w:val="64C0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5643292">
    <w:abstractNumId w:val="8"/>
  </w:num>
  <w:num w:numId="2" w16cid:durableId="448548106">
    <w:abstractNumId w:val="6"/>
  </w:num>
  <w:num w:numId="3" w16cid:durableId="2022050559">
    <w:abstractNumId w:val="5"/>
  </w:num>
  <w:num w:numId="4" w16cid:durableId="792938529">
    <w:abstractNumId w:val="4"/>
  </w:num>
  <w:num w:numId="5" w16cid:durableId="1384793834">
    <w:abstractNumId w:val="7"/>
  </w:num>
  <w:num w:numId="6" w16cid:durableId="833767045">
    <w:abstractNumId w:val="3"/>
  </w:num>
  <w:num w:numId="7" w16cid:durableId="393088265">
    <w:abstractNumId w:val="2"/>
  </w:num>
  <w:num w:numId="8" w16cid:durableId="1811828671">
    <w:abstractNumId w:val="1"/>
  </w:num>
  <w:num w:numId="9" w16cid:durableId="810561053">
    <w:abstractNumId w:val="0"/>
  </w:num>
  <w:num w:numId="10" w16cid:durableId="599219274">
    <w:abstractNumId w:val="18"/>
  </w:num>
  <w:num w:numId="11" w16cid:durableId="561260246">
    <w:abstractNumId w:val="23"/>
  </w:num>
  <w:num w:numId="12" w16cid:durableId="1998916972">
    <w:abstractNumId w:val="12"/>
  </w:num>
  <w:num w:numId="13" w16cid:durableId="1519276256">
    <w:abstractNumId w:val="14"/>
  </w:num>
  <w:num w:numId="14" w16cid:durableId="1190872177">
    <w:abstractNumId w:val="27"/>
  </w:num>
  <w:num w:numId="15" w16cid:durableId="1374043568">
    <w:abstractNumId w:val="28"/>
  </w:num>
  <w:num w:numId="16" w16cid:durableId="741873914">
    <w:abstractNumId w:val="20"/>
  </w:num>
  <w:num w:numId="17" w16cid:durableId="235819830">
    <w:abstractNumId w:val="17"/>
  </w:num>
  <w:num w:numId="18" w16cid:durableId="1265963786">
    <w:abstractNumId w:val="29"/>
  </w:num>
  <w:num w:numId="19" w16cid:durableId="801383270">
    <w:abstractNumId w:val="13"/>
  </w:num>
  <w:num w:numId="20" w16cid:durableId="671372913">
    <w:abstractNumId w:val="21"/>
  </w:num>
  <w:num w:numId="21" w16cid:durableId="1036465557">
    <w:abstractNumId w:val="26"/>
  </w:num>
  <w:num w:numId="22" w16cid:durableId="1636133455">
    <w:abstractNumId w:val="22"/>
  </w:num>
  <w:num w:numId="23" w16cid:durableId="1733190276">
    <w:abstractNumId w:val="25"/>
  </w:num>
  <w:num w:numId="24" w16cid:durableId="515775286">
    <w:abstractNumId w:val="19"/>
  </w:num>
  <w:num w:numId="25" w16cid:durableId="596911566">
    <w:abstractNumId w:val="16"/>
  </w:num>
  <w:num w:numId="26" w16cid:durableId="399058475">
    <w:abstractNumId w:val="11"/>
  </w:num>
  <w:num w:numId="27" w16cid:durableId="1559896766">
    <w:abstractNumId w:val="9"/>
  </w:num>
  <w:num w:numId="28" w16cid:durableId="1111247846">
    <w:abstractNumId w:val="10"/>
  </w:num>
  <w:num w:numId="29" w16cid:durableId="647710755">
    <w:abstractNumId w:val="30"/>
  </w:num>
  <w:num w:numId="30" w16cid:durableId="1307004582">
    <w:abstractNumId w:val="15"/>
  </w:num>
  <w:num w:numId="31" w16cid:durableId="113294158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2007"/>
    <w:rsid w:val="0015074B"/>
    <w:rsid w:val="0029639D"/>
    <w:rsid w:val="00326F90"/>
    <w:rsid w:val="007321C7"/>
    <w:rsid w:val="00832556"/>
    <w:rsid w:val="009746D9"/>
    <w:rsid w:val="009F5FF7"/>
    <w:rsid w:val="00A32D9C"/>
    <w:rsid w:val="00AA1D8D"/>
    <w:rsid w:val="00B47730"/>
    <w:rsid w:val="00B64CBF"/>
    <w:rsid w:val="00C00ACA"/>
    <w:rsid w:val="00CB0664"/>
    <w:rsid w:val="00F04D52"/>
    <w:rsid w:val="00F512D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95E294"/>
  <w14:defaultImageDpi w14:val="300"/>
  <w15:docId w15:val="{1A5CA4E5-5F23-4F4B-AD8E-CA7B1DBE9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9</Pages>
  <Words>1134</Words>
  <Characters>6469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7588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4</cp:revision>
  <dcterms:created xsi:type="dcterms:W3CDTF">2026-02-16T12:18:00Z</dcterms:created>
  <dcterms:modified xsi:type="dcterms:W3CDTF">2026-09-21T11:36:00Z</dcterms:modified>
  <cp:category/>
</cp:coreProperties>
</file>